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753" w:rsidRPr="00E366C7" w:rsidRDefault="0095727F" w:rsidP="0095727F">
      <w:pPr>
        <w:spacing w:after="0"/>
        <w:jc w:val="center"/>
        <w:rPr>
          <w:rFonts w:ascii="Century Gothic" w:hAnsi="Century Gothic"/>
          <w:b/>
          <w:noProof/>
          <w:color w:val="943634" w:themeColor="accent2" w:themeShade="BF"/>
          <w:sz w:val="72"/>
          <w:szCs w:val="72"/>
          <w:lang w:val="it-IT" w:eastAsia="it-IT"/>
        </w:rPr>
      </w:pPr>
      <w:r w:rsidRPr="00E366C7">
        <w:rPr>
          <w:rFonts w:ascii="Century Gothic" w:hAnsi="Century Gothic"/>
          <w:b/>
          <w:noProof/>
          <w:color w:val="943634" w:themeColor="accent2" w:themeShade="BF"/>
          <w:sz w:val="72"/>
          <w:szCs w:val="72"/>
          <w:lang w:val="it-IT" w:eastAsia="it-IT"/>
        </w:rPr>
        <w:t>CORSO TA</w:t>
      </w:r>
      <w:r w:rsidR="00E366C7" w:rsidRPr="00E366C7">
        <w:rPr>
          <w:rFonts w:ascii="Century Gothic" w:hAnsi="Century Gothic"/>
          <w:b/>
          <w:noProof/>
          <w:color w:val="943634" w:themeColor="accent2" w:themeShade="BF"/>
          <w:sz w:val="72"/>
          <w:szCs w:val="72"/>
          <w:lang w:val="it-IT" w:eastAsia="it-IT"/>
        </w:rPr>
        <w:t>I CHI</w:t>
      </w:r>
    </w:p>
    <w:p w:rsidR="007D4D9D" w:rsidRPr="0042193C" w:rsidRDefault="009D383F" w:rsidP="0042193C">
      <w:pPr>
        <w:spacing w:after="0"/>
        <w:jc w:val="center"/>
        <w:rPr>
          <w:noProof/>
          <w:lang w:val="it-IT" w:eastAsia="it-IT"/>
        </w:rPr>
      </w:pPr>
      <w:r>
        <w:rPr>
          <w:noProof/>
          <w:lang w:val="it-IT" w:eastAsia="it-IT"/>
        </w:rPr>
        <w:drawing>
          <wp:inline distT="0" distB="0" distL="0" distR="0">
            <wp:extent cx="5105400" cy="303847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14601630_1109182531570599_139769285190440483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6C7" w:rsidRPr="00E366C7" w:rsidRDefault="000B3B79" w:rsidP="00E366C7">
      <w:pPr>
        <w:spacing w:after="0"/>
        <w:ind w:left="-850" w:right="-283"/>
        <w:jc w:val="center"/>
        <w:rPr>
          <w:rFonts w:ascii="Century Gothic" w:eastAsia="Yu Gothic UI" w:hAnsi="Century Gothic"/>
          <w:b/>
          <w:sz w:val="72"/>
          <w:szCs w:val="72"/>
        </w:rPr>
      </w:pPr>
      <w:r w:rsidRPr="00E366C7">
        <w:rPr>
          <w:rFonts w:ascii="Yu Gothic UI" w:eastAsia="Yu Gothic UI" w:hAnsi="Yu Gothic UI"/>
          <w:b/>
          <w:sz w:val="44"/>
          <w:szCs w:val="44"/>
        </w:rPr>
        <w:t xml:space="preserve"> </w:t>
      </w:r>
      <w:r w:rsidR="00E366C7" w:rsidRPr="00E366C7">
        <w:rPr>
          <w:rFonts w:ascii="Century Gothic" w:eastAsia="Yu Gothic UI" w:hAnsi="Century Gothic"/>
          <w:b/>
          <w:sz w:val="72"/>
          <w:szCs w:val="72"/>
        </w:rPr>
        <w:t xml:space="preserve">MARTEDI     GIOVEDI </w:t>
      </w:r>
    </w:p>
    <w:p w:rsidR="00E366C7" w:rsidRPr="00E366C7" w:rsidRDefault="00E366C7" w:rsidP="00E366C7">
      <w:pPr>
        <w:spacing w:after="0"/>
        <w:ind w:left="-850" w:right="-283"/>
        <w:jc w:val="center"/>
        <w:rPr>
          <w:rFonts w:ascii="Century Gothic" w:eastAsia="Yu Gothic UI" w:hAnsi="Century Gothic"/>
          <w:sz w:val="56"/>
          <w:szCs w:val="56"/>
        </w:rPr>
      </w:pPr>
      <w:r w:rsidRPr="00E366C7">
        <w:rPr>
          <w:rFonts w:ascii="Century Gothic" w:eastAsia="Yu Gothic UI" w:hAnsi="Century Gothic"/>
          <w:b/>
          <w:sz w:val="56"/>
          <w:szCs w:val="56"/>
        </w:rPr>
        <w:t>DALLE 18.00 ALLE 19.00</w:t>
      </w:r>
    </w:p>
    <w:p w:rsidR="00E366C7" w:rsidRDefault="00E366C7" w:rsidP="002A1020">
      <w:pPr>
        <w:spacing w:after="0"/>
        <w:ind w:left="-850" w:right="-850"/>
        <w:jc w:val="center"/>
        <w:rPr>
          <w:rFonts w:ascii="Yu Gothic UI" w:eastAsia="Yu Gothic UI" w:hAnsi="Yu Gothic UI"/>
          <w:b/>
          <w:sz w:val="32"/>
          <w:szCs w:val="32"/>
        </w:rPr>
      </w:pPr>
    </w:p>
    <w:p w:rsidR="00E366C7" w:rsidRDefault="00E366C7" w:rsidP="002A1020">
      <w:pPr>
        <w:spacing w:after="0"/>
        <w:ind w:left="-850" w:right="-850"/>
        <w:jc w:val="center"/>
        <w:rPr>
          <w:rFonts w:ascii="Yu Gothic UI" w:eastAsia="Yu Gothic UI" w:hAnsi="Yu Gothic UI"/>
          <w:b/>
          <w:sz w:val="32"/>
          <w:szCs w:val="32"/>
        </w:rPr>
      </w:pPr>
    </w:p>
    <w:p w:rsidR="002A1020" w:rsidRPr="00E366C7" w:rsidRDefault="002A1020" w:rsidP="002A1020">
      <w:pPr>
        <w:spacing w:after="0"/>
        <w:ind w:left="-850" w:right="-850"/>
        <w:jc w:val="center"/>
        <w:rPr>
          <w:rFonts w:ascii="Yu Gothic UI" w:eastAsia="Yu Gothic UI" w:hAnsi="Yu Gothic UI"/>
          <w:b/>
          <w:sz w:val="32"/>
          <w:szCs w:val="32"/>
        </w:rPr>
      </w:pPr>
      <w:proofErr w:type="spellStart"/>
      <w:r w:rsidRPr="00E366C7">
        <w:rPr>
          <w:rFonts w:ascii="Yu Gothic UI" w:eastAsia="Yu Gothic UI" w:hAnsi="Yu Gothic UI"/>
          <w:b/>
          <w:sz w:val="32"/>
          <w:szCs w:val="32"/>
        </w:rPr>
        <w:t>Presso</w:t>
      </w:r>
      <w:proofErr w:type="spellEnd"/>
      <w:r w:rsidRPr="00E366C7">
        <w:rPr>
          <w:rFonts w:ascii="Yu Gothic UI" w:eastAsia="Yu Gothic UI" w:hAnsi="Yu Gothic UI"/>
          <w:b/>
          <w:sz w:val="32"/>
          <w:szCs w:val="32"/>
        </w:rPr>
        <w:t xml:space="preserve"> </w:t>
      </w:r>
      <w:proofErr w:type="spellStart"/>
      <w:r w:rsidRPr="00E366C7">
        <w:rPr>
          <w:rFonts w:ascii="Yu Gothic UI" w:eastAsia="Yu Gothic UI" w:hAnsi="Yu Gothic UI"/>
          <w:b/>
          <w:sz w:val="32"/>
          <w:szCs w:val="32"/>
        </w:rPr>
        <w:t>L’Ass</w:t>
      </w:r>
      <w:proofErr w:type="spellEnd"/>
      <w:r w:rsidRPr="00E366C7">
        <w:rPr>
          <w:rFonts w:ascii="Yu Gothic UI" w:eastAsia="Yu Gothic UI" w:hAnsi="Yu Gothic UI"/>
          <w:b/>
          <w:sz w:val="32"/>
          <w:szCs w:val="32"/>
        </w:rPr>
        <w:t xml:space="preserve">. </w:t>
      </w:r>
      <w:proofErr w:type="spellStart"/>
      <w:r w:rsidRPr="00E366C7">
        <w:rPr>
          <w:rFonts w:ascii="Yu Gothic UI" w:eastAsia="Yu Gothic UI" w:hAnsi="Yu Gothic UI"/>
          <w:b/>
          <w:sz w:val="32"/>
          <w:szCs w:val="32"/>
        </w:rPr>
        <w:t>Culturale</w:t>
      </w:r>
      <w:proofErr w:type="spellEnd"/>
      <w:r w:rsidRPr="00E366C7">
        <w:rPr>
          <w:rFonts w:ascii="Yu Gothic UI" w:eastAsia="Yu Gothic UI" w:hAnsi="Yu Gothic UI"/>
          <w:b/>
          <w:sz w:val="32"/>
          <w:szCs w:val="32"/>
        </w:rPr>
        <w:t xml:space="preserve"> “Madre Terra”, via </w:t>
      </w:r>
      <w:proofErr w:type="spellStart"/>
      <w:r w:rsidRPr="00E366C7">
        <w:rPr>
          <w:rFonts w:ascii="Yu Gothic UI" w:eastAsia="Yu Gothic UI" w:hAnsi="Yu Gothic UI"/>
          <w:b/>
          <w:sz w:val="32"/>
          <w:szCs w:val="32"/>
        </w:rPr>
        <w:t>Alesssandro</w:t>
      </w:r>
      <w:proofErr w:type="spellEnd"/>
      <w:r w:rsidRPr="00E366C7">
        <w:rPr>
          <w:rFonts w:ascii="Yu Gothic UI" w:eastAsia="Yu Gothic UI" w:hAnsi="Yu Gothic UI"/>
          <w:b/>
          <w:sz w:val="32"/>
          <w:szCs w:val="32"/>
        </w:rPr>
        <w:t xml:space="preserve"> </w:t>
      </w:r>
      <w:proofErr w:type="spellStart"/>
      <w:r w:rsidRPr="00E366C7">
        <w:rPr>
          <w:rFonts w:ascii="Yu Gothic UI" w:eastAsia="Yu Gothic UI" w:hAnsi="Yu Gothic UI"/>
          <w:b/>
          <w:sz w:val="32"/>
          <w:szCs w:val="32"/>
        </w:rPr>
        <w:t>Santini</w:t>
      </w:r>
      <w:proofErr w:type="spellEnd"/>
      <w:r w:rsidRPr="00E366C7">
        <w:rPr>
          <w:rFonts w:ascii="Yu Gothic UI" w:eastAsia="Yu Gothic UI" w:hAnsi="Yu Gothic UI"/>
          <w:b/>
          <w:sz w:val="32"/>
          <w:szCs w:val="32"/>
        </w:rPr>
        <w:t xml:space="preserve"> 9 a/b/c,</w:t>
      </w:r>
    </w:p>
    <w:p w:rsidR="0042193C" w:rsidRPr="00E366C7" w:rsidRDefault="002A1020" w:rsidP="0042193C">
      <w:pPr>
        <w:spacing w:after="360"/>
        <w:ind w:left="-850" w:right="-850"/>
        <w:jc w:val="center"/>
        <w:rPr>
          <w:rFonts w:ascii="Yu Gothic UI" w:eastAsia="Yu Gothic UI" w:hAnsi="Yu Gothic UI"/>
          <w:b/>
          <w:sz w:val="32"/>
          <w:szCs w:val="32"/>
        </w:rPr>
      </w:pPr>
      <w:r w:rsidRPr="00E366C7">
        <w:rPr>
          <w:rFonts w:ascii="Yu Gothic UI" w:eastAsia="Yu Gothic UI" w:hAnsi="Yu Gothic UI"/>
          <w:b/>
          <w:sz w:val="32"/>
          <w:szCs w:val="32"/>
        </w:rPr>
        <w:t xml:space="preserve">(Zona Aurelia, </w:t>
      </w:r>
      <w:proofErr w:type="spellStart"/>
      <w:r w:rsidRPr="00E366C7">
        <w:rPr>
          <w:rFonts w:ascii="Yu Gothic UI" w:eastAsia="Yu Gothic UI" w:hAnsi="Yu Gothic UI"/>
          <w:b/>
          <w:sz w:val="32"/>
          <w:szCs w:val="32"/>
        </w:rPr>
        <w:t>Casal</w:t>
      </w:r>
      <w:proofErr w:type="spellEnd"/>
      <w:r w:rsidRPr="00E366C7">
        <w:rPr>
          <w:rFonts w:ascii="Yu Gothic UI" w:eastAsia="Yu Gothic UI" w:hAnsi="Yu Gothic UI"/>
          <w:b/>
          <w:sz w:val="32"/>
          <w:szCs w:val="32"/>
        </w:rPr>
        <w:t xml:space="preserve"> </w:t>
      </w:r>
      <w:proofErr w:type="spellStart"/>
      <w:r w:rsidRPr="00E366C7">
        <w:rPr>
          <w:rFonts w:ascii="Yu Gothic UI" w:eastAsia="Yu Gothic UI" w:hAnsi="Yu Gothic UI"/>
          <w:b/>
          <w:sz w:val="32"/>
          <w:szCs w:val="32"/>
        </w:rPr>
        <w:t>Lumbroso</w:t>
      </w:r>
      <w:proofErr w:type="spellEnd"/>
      <w:r w:rsidRPr="00E366C7">
        <w:rPr>
          <w:rFonts w:ascii="Yu Gothic UI" w:eastAsia="Yu Gothic UI" w:hAnsi="Yu Gothic UI"/>
          <w:b/>
          <w:sz w:val="32"/>
          <w:szCs w:val="32"/>
        </w:rPr>
        <w:t>)</w:t>
      </w:r>
    </w:p>
    <w:p w:rsidR="009D383F" w:rsidRDefault="009D383F" w:rsidP="0042193C">
      <w:pPr>
        <w:spacing w:after="0"/>
        <w:ind w:left="-850" w:right="-850"/>
        <w:rPr>
          <w:rFonts w:ascii="Yu Gothic UI" w:eastAsia="Yu Gothic UI" w:hAnsi="Yu Gothic UI"/>
          <w:b/>
          <w:sz w:val="32"/>
          <w:szCs w:val="32"/>
        </w:rPr>
      </w:pPr>
    </w:p>
    <w:p w:rsidR="0042193C" w:rsidRPr="00E366C7" w:rsidRDefault="00E366C7" w:rsidP="0042193C">
      <w:pPr>
        <w:spacing w:after="0"/>
        <w:ind w:left="-850" w:right="-850"/>
        <w:rPr>
          <w:rFonts w:ascii="Yu Gothic UI" w:eastAsia="Yu Gothic UI" w:hAnsi="Yu Gothic UI"/>
          <w:b/>
          <w:sz w:val="32"/>
          <w:szCs w:val="32"/>
        </w:rPr>
      </w:pPr>
      <w:r w:rsidRPr="00E366C7">
        <w:rPr>
          <w:rFonts w:ascii="Yu Gothic UI" w:eastAsia="Yu Gothic UI" w:hAnsi="Yu Gothic UI"/>
          <w:b/>
          <w:sz w:val="32"/>
          <w:szCs w:val="32"/>
        </w:rPr>
        <w:t>INFO</w:t>
      </w:r>
      <w:r w:rsidR="000C0EA7" w:rsidRPr="00E366C7">
        <w:rPr>
          <w:rFonts w:ascii="Yu Gothic UI" w:eastAsia="Yu Gothic UI" w:hAnsi="Yu Gothic UI"/>
          <w:b/>
          <w:sz w:val="32"/>
          <w:szCs w:val="32"/>
        </w:rPr>
        <w:t>:</w:t>
      </w:r>
      <w:r w:rsidR="0042193C" w:rsidRPr="00E366C7">
        <w:rPr>
          <w:rFonts w:ascii="Yu Gothic UI" w:eastAsia="Yu Gothic UI" w:hAnsi="Yu Gothic UI"/>
          <w:b/>
          <w:sz w:val="32"/>
          <w:szCs w:val="32"/>
        </w:rPr>
        <w:t xml:space="preserve"> </w:t>
      </w:r>
    </w:p>
    <w:p w:rsidR="00456D86" w:rsidRDefault="0042193C" w:rsidP="00E366C7">
      <w:pPr>
        <w:spacing w:after="0"/>
        <w:ind w:left="-850" w:right="-850"/>
        <w:rPr>
          <w:rFonts w:ascii="Yu Gothic UI" w:eastAsia="Yu Gothic UI" w:hAnsi="Yu Gothic UI"/>
          <w:b/>
          <w:sz w:val="32"/>
          <w:szCs w:val="32"/>
        </w:rPr>
      </w:pPr>
      <w:r w:rsidRPr="00E366C7">
        <w:rPr>
          <w:rFonts w:ascii="Yu Gothic UI" w:eastAsia="Yu Gothic UI" w:hAnsi="Yu Gothic UI"/>
          <w:b/>
          <w:sz w:val="32"/>
          <w:szCs w:val="32"/>
        </w:rPr>
        <w:t>Laura 338.1767556</w:t>
      </w:r>
      <w:r w:rsidR="00E366C7" w:rsidRPr="00E366C7">
        <w:rPr>
          <w:rFonts w:ascii="Yu Gothic UI" w:eastAsia="Yu Gothic UI" w:hAnsi="Yu Gothic UI"/>
          <w:b/>
          <w:sz w:val="32"/>
          <w:szCs w:val="32"/>
        </w:rPr>
        <w:t xml:space="preserve"> – </w:t>
      </w:r>
      <w:proofErr w:type="spellStart"/>
      <w:r w:rsidR="00E366C7" w:rsidRPr="00E366C7">
        <w:rPr>
          <w:rFonts w:ascii="Yu Gothic UI" w:eastAsia="Yu Gothic UI" w:hAnsi="Yu Gothic UI"/>
          <w:b/>
          <w:sz w:val="32"/>
          <w:szCs w:val="32"/>
        </w:rPr>
        <w:t>Elisabetta</w:t>
      </w:r>
      <w:proofErr w:type="spellEnd"/>
      <w:r w:rsidR="00E366C7" w:rsidRPr="00E366C7">
        <w:rPr>
          <w:rFonts w:ascii="Yu Gothic UI" w:eastAsia="Yu Gothic UI" w:hAnsi="Yu Gothic UI"/>
          <w:b/>
          <w:sz w:val="32"/>
          <w:szCs w:val="32"/>
        </w:rPr>
        <w:t xml:space="preserve"> 340.2207229</w:t>
      </w:r>
    </w:p>
    <w:p w:rsidR="00990FEF" w:rsidRPr="00E366C7" w:rsidRDefault="00990FEF" w:rsidP="00990FEF">
      <w:pPr>
        <w:spacing w:after="0"/>
        <w:jc w:val="center"/>
        <w:rPr>
          <w:rFonts w:ascii="Century Gothic" w:hAnsi="Century Gothic"/>
          <w:b/>
          <w:noProof/>
          <w:color w:val="943634" w:themeColor="accent2" w:themeShade="BF"/>
          <w:sz w:val="72"/>
          <w:szCs w:val="72"/>
          <w:lang w:val="it-IT" w:eastAsia="it-IT"/>
        </w:rPr>
      </w:pPr>
      <w:r w:rsidRPr="00E366C7">
        <w:rPr>
          <w:rFonts w:ascii="Century Gothic" w:hAnsi="Century Gothic"/>
          <w:b/>
          <w:noProof/>
          <w:color w:val="943634" w:themeColor="accent2" w:themeShade="BF"/>
          <w:sz w:val="72"/>
          <w:szCs w:val="72"/>
          <w:lang w:val="it-IT" w:eastAsia="it-IT"/>
        </w:rPr>
        <w:lastRenderedPageBreak/>
        <w:t>CORSO TAI CHI</w:t>
      </w:r>
    </w:p>
    <w:p w:rsidR="00990FEF" w:rsidRPr="0042193C" w:rsidRDefault="00990FEF" w:rsidP="00990FEF">
      <w:pPr>
        <w:spacing w:after="0"/>
        <w:jc w:val="center"/>
        <w:rPr>
          <w:noProof/>
          <w:lang w:val="it-IT" w:eastAsia="it-IT"/>
        </w:rPr>
      </w:pPr>
      <w:r>
        <w:rPr>
          <w:noProof/>
          <w:lang w:val="it-IT" w:eastAsia="it-IT"/>
        </w:rPr>
        <w:drawing>
          <wp:inline distT="0" distB="0" distL="0" distR="0" wp14:anchorId="1282A93E" wp14:editId="39A3700A">
            <wp:extent cx="5105400" cy="303847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14601630_1109182531570599_139769285190440483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FEF" w:rsidRPr="00E366C7" w:rsidRDefault="00990FEF" w:rsidP="00990FEF">
      <w:pPr>
        <w:spacing w:after="0"/>
        <w:ind w:left="-850" w:right="-283"/>
        <w:jc w:val="center"/>
        <w:rPr>
          <w:rFonts w:ascii="Century Gothic" w:eastAsia="Yu Gothic UI" w:hAnsi="Century Gothic"/>
          <w:b/>
          <w:sz w:val="72"/>
          <w:szCs w:val="72"/>
        </w:rPr>
      </w:pPr>
      <w:r w:rsidRPr="00E366C7">
        <w:rPr>
          <w:rFonts w:ascii="Yu Gothic UI" w:eastAsia="Yu Gothic UI" w:hAnsi="Yu Gothic UI"/>
          <w:b/>
          <w:sz w:val="44"/>
          <w:szCs w:val="44"/>
        </w:rPr>
        <w:t xml:space="preserve"> </w:t>
      </w:r>
      <w:r w:rsidRPr="00E366C7">
        <w:rPr>
          <w:rFonts w:ascii="Century Gothic" w:eastAsia="Yu Gothic UI" w:hAnsi="Century Gothic"/>
          <w:b/>
          <w:sz w:val="72"/>
          <w:szCs w:val="72"/>
        </w:rPr>
        <w:t xml:space="preserve">MARTEDI     GIOVEDI </w:t>
      </w:r>
    </w:p>
    <w:p w:rsidR="00990FEF" w:rsidRPr="00E366C7" w:rsidRDefault="00990FEF" w:rsidP="00990FEF">
      <w:pPr>
        <w:spacing w:after="0"/>
        <w:ind w:left="-850" w:right="-283"/>
        <w:jc w:val="center"/>
        <w:rPr>
          <w:rFonts w:ascii="Century Gothic" w:eastAsia="Yu Gothic UI" w:hAnsi="Century Gothic"/>
          <w:sz w:val="56"/>
          <w:szCs w:val="56"/>
        </w:rPr>
      </w:pPr>
      <w:r w:rsidRPr="00E366C7">
        <w:rPr>
          <w:rFonts w:ascii="Century Gothic" w:eastAsia="Yu Gothic UI" w:hAnsi="Century Gothic"/>
          <w:b/>
          <w:sz w:val="56"/>
          <w:szCs w:val="56"/>
        </w:rPr>
        <w:t>DALLE 18.00 ALLE 19.00</w:t>
      </w:r>
    </w:p>
    <w:p w:rsidR="00990FEF" w:rsidRDefault="00990FEF" w:rsidP="00990FEF">
      <w:pPr>
        <w:spacing w:after="0"/>
        <w:ind w:left="-850" w:right="-850"/>
        <w:jc w:val="center"/>
        <w:rPr>
          <w:rFonts w:ascii="Yu Gothic UI" w:eastAsia="Yu Gothic UI" w:hAnsi="Yu Gothic UI"/>
          <w:b/>
          <w:sz w:val="32"/>
          <w:szCs w:val="32"/>
        </w:rPr>
      </w:pPr>
    </w:p>
    <w:p w:rsidR="00990FEF" w:rsidRDefault="00990FEF" w:rsidP="00990FEF">
      <w:pPr>
        <w:spacing w:after="0"/>
        <w:ind w:left="-850" w:right="-850"/>
        <w:jc w:val="center"/>
        <w:rPr>
          <w:rFonts w:ascii="Yu Gothic UI" w:eastAsia="Yu Gothic UI" w:hAnsi="Yu Gothic UI"/>
          <w:b/>
          <w:sz w:val="32"/>
          <w:szCs w:val="32"/>
        </w:rPr>
      </w:pPr>
    </w:p>
    <w:p w:rsidR="00990FEF" w:rsidRPr="00E366C7" w:rsidRDefault="00990FEF" w:rsidP="00990FEF">
      <w:pPr>
        <w:spacing w:after="0"/>
        <w:ind w:left="-850" w:right="-850"/>
        <w:jc w:val="center"/>
        <w:rPr>
          <w:rFonts w:ascii="Yu Gothic UI" w:eastAsia="Yu Gothic UI" w:hAnsi="Yu Gothic UI"/>
          <w:b/>
          <w:sz w:val="32"/>
          <w:szCs w:val="32"/>
        </w:rPr>
      </w:pPr>
      <w:proofErr w:type="spellStart"/>
      <w:r w:rsidRPr="00E366C7">
        <w:rPr>
          <w:rFonts w:ascii="Yu Gothic UI" w:eastAsia="Yu Gothic UI" w:hAnsi="Yu Gothic UI"/>
          <w:b/>
          <w:sz w:val="32"/>
          <w:szCs w:val="32"/>
        </w:rPr>
        <w:t>Presso</w:t>
      </w:r>
      <w:proofErr w:type="spellEnd"/>
      <w:r w:rsidRPr="00E366C7">
        <w:rPr>
          <w:rFonts w:ascii="Yu Gothic UI" w:eastAsia="Yu Gothic UI" w:hAnsi="Yu Gothic UI"/>
          <w:b/>
          <w:sz w:val="32"/>
          <w:szCs w:val="32"/>
        </w:rPr>
        <w:t xml:space="preserve"> </w:t>
      </w:r>
      <w:proofErr w:type="spellStart"/>
      <w:r w:rsidRPr="00E366C7">
        <w:rPr>
          <w:rFonts w:ascii="Yu Gothic UI" w:eastAsia="Yu Gothic UI" w:hAnsi="Yu Gothic UI"/>
          <w:b/>
          <w:sz w:val="32"/>
          <w:szCs w:val="32"/>
        </w:rPr>
        <w:t>L’Ass</w:t>
      </w:r>
      <w:proofErr w:type="spellEnd"/>
      <w:r w:rsidRPr="00E366C7">
        <w:rPr>
          <w:rFonts w:ascii="Yu Gothic UI" w:eastAsia="Yu Gothic UI" w:hAnsi="Yu Gothic UI"/>
          <w:b/>
          <w:sz w:val="32"/>
          <w:szCs w:val="32"/>
        </w:rPr>
        <w:t xml:space="preserve">. </w:t>
      </w:r>
      <w:proofErr w:type="spellStart"/>
      <w:r w:rsidRPr="00E366C7">
        <w:rPr>
          <w:rFonts w:ascii="Yu Gothic UI" w:eastAsia="Yu Gothic UI" w:hAnsi="Yu Gothic UI"/>
          <w:b/>
          <w:sz w:val="32"/>
          <w:szCs w:val="32"/>
        </w:rPr>
        <w:t>Culturale</w:t>
      </w:r>
      <w:proofErr w:type="spellEnd"/>
      <w:r w:rsidRPr="00E366C7">
        <w:rPr>
          <w:rFonts w:ascii="Yu Gothic UI" w:eastAsia="Yu Gothic UI" w:hAnsi="Yu Gothic UI"/>
          <w:b/>
          <w:sz w:val="32"/>
          <w:szCs w:val="32"/>
        </w:rPr>
        <w:t xml:space="preserve"> “Madre Terra”, via </w:t>
      </w:r>
      <w:proofErr w:type="spellStart"/>
      <w:r w:rsidRPr="00E366C7">
        <w:rPr>
          <w:rFonts w:ascii="Yu Gothic UI" w:eastAsia="Yu Gothic UI" w:hAnsi="Yu Gothic UI"/>
          <w:b/>
          <w:sz w:val="32"/>
          <w:szCs w:val="32"/>
        </w:rPr>
        <w:t>Alesssandro</w:t>
      </w:r>
      <w:proofErr w:type="spellEnd"/>
      <w:r w:rsidRPr="00E366C7">
        <w:rPr>
          <w:rFonts w:ascii="Yu Gothic UI" w:eastAsia="Yu Gothic UI" w:hAnsi="Yu Gothic UI"/>
          <w:b/>
          <w:sz w:val="32"/>
          <w:szCs w:val="32"/>
        </w:rPr>
        <w:t xml:space="preserve"> </w:t>
      </w:r>
      <w:proofErr w:type="spellStart"/>
      <w:r w:rsidRPr="00E366C7">
        <w:rPr>
          <w:rFonts w:ascii="Yu Gothic UI" w:eastAsia="Yu Gothic UI" w:hAnsi="Yu Gothic UI"/>
          <w:b/>
          <w:sz w:val="32"/>
          <w:szCs w:val="32"/>
        </w:rPr>
        <w:t>Santini</w:t>
      </w:r>
      <w:proofErr w:type="spellEnd"/>
      <w:r w:rsidRPr="00E366C7">
        <w:rPr>
          <w:rFonts w:ascii="Yu Gothic UI" w:eastAsia="Yu Gothic UI" w:hAnsi="Yu Gothic UI"/>
          <w:b/>
          <w:sz w:val="32"/>
          <w:szCs w:val="32"/>
        </w:rPr>
        <w:t xml:space="preserve"> 9 a/b/c,</w:t>
      </w:r>
    </w:p>
    <w:p w:rsidR="00990FEF" w:rsidRPr="00E366C7" w:rsidRDefault="00990FEF" w:rsidP="00990FEF">
      <w:pPr>
        <w:spacing w:after="360"/>
        <w:ind w:left="-850" w:right="-850"/>
        <w:jc w:val="center"/>
        <w:rPr>
          <w:rFonts w:ascii="Yu Gothic UI" w:eastAsia="Yu Gothic UI" w:hAnsi="Yu Gothic UI"/>
          <w:b/>
          <w:sz w:val="32"/>
          <w:szCs w:val="32"/>
        </w:rPr>
      </w:pPr>
      <w:r w:rsidRPr="00E366C7">
        <w:rPr>
          <w:rFonts w:ascii="Yu Gothic UI" w:eastAsia="Yu Gothic UI" w:hAnsi="Yu Gothic UI"/>
          <w:b/>
          <w:sz w:val="32"/>
          <w:szCs w:val="32"/>
        </w:rPr>
        <w:t xml:space="preserve">(Zona Aurelia, </w:t>
      </w:r>
      <w:proofErr w:type="spellStart"/>
      <w:r w:rsidRPr="00E366C7">
        <w:rPr>
          <w:rFonts w:ascii="Yu Gothic UI" w:eastAsia="Yu Gothic UI" w:hAnsi="Yu Gothic UI"/>
          <w:b/>
          <w:sz w:val="32"/>
          <w:szCs w:val="32"/>
        </w:rPr>
        <w:t>Casal</w:t>
      </w:r>
      <w:proofErr w:type="spellEnd"/>
      <w:r w:rsidRPr="00E366C7">
        <w:rPr>
          <w:rFonts w:ascii="Yu Gothic UI" w:eastAsia="Yu Gothic UI" w:hAnsi="Yu Gothic UI"/>
          <w:b/>
          <w:sz w:val="32"/>
          <w:szCs w:val="32"/>
        </w:rPr>
        <w:t xml:space="preserve"> </w:t>
      </w:r>
      <w:proofErr w:type="spellStart"/>
      <w:r w:rsidRPr="00E366C7">
        <w:rPr>
          <w:rFonts w:ascii="Yu Gothic UI" w:eastAsia="Yu Gothic UI" w:hAnsi="Yu Gothic UI"/>
          <w:b/>
          <w:sz w:val="32"/>
          <w:szCs w:val="32"/>
        </w:rPr>
        <w:t>Lumbroso</w:t>
      </w:r>
      <w:proofErr w:type="spellEnd"/>
      <w:r w:rsidRPr="00E366C7">
        <w:rPr>
          <w:rFonts w:ascii="Yu Gothic UI" w:eastAsia="Yu Gothic UI" w:hAnsi="Yu Gothic UI"/>
          <w:b/>
          <w:sz w:val="32"/>
          <w:szCs w:val="32"/>
        </w:rPr>
        <w:t>)</w:t>
      </w:r>
    </w:p>
    <w:p w:rsidR="00990FEF" w:rsidRDefault="00990FEF" w:rsidP="00990FEF">
      <w:pPr>
        <w:spacing w:after="0"/>
        <w:ind w:left="-850" w:right="-850"/>
        <w:rPr>
          <w:rFonts w:ascii="Yu Gothic UI" w:eastAsia="Yu Gothic UI" w:hAnsi="Yu Gothic UI"/>
          <w:b/>
          <w:sz w:val="32"/>
          <w:szCs w:val="32"/>
        </w:rPr>
      </w:pPr>
    </w:p>
    <w:p w:rsidR="00990FEF" w:rsidRPr="00E366C7" w:rsidRDefault="00990FEF" w:rsidP="00990FEF">
      <w:pPr>
        <w:spacing w:after="0"/>
        <w:ind w:left="-850" w:right="-850"/>
        <w:rPr>
          <w:rFonts w:ascii="Yu Gothic UI" w:eastAsia="Yu Gothic UI" w:hAnsi="Yu Gothic UI"/>
          <w:b/>
          <w:sz w:val="32"/>
          <w:szCs w:val="32"/>
        </w:rPr>
      </w:pPr>
      <w:r w:rsidRPr="00E366C7">
        <w:rPr>
          <w:rFonts w:ascii="Yu Gothic UI" w:eastAsia="Yu Gothic UI" w:hAnsi="Yu Gothic UI"/>
          <w:b/>
          <w:sz w:val="32"/>
          <w:szCs w:val="32"/>
        </w:rPr>
        <w:t xml:space="preserve">INFO: </w:t>
      </w:r>
    </w:p>
    <w:p w:rsidR="00990FEF" w:rsidRPr="00E366C7" w:rsidRDefault="00990FEF" w:rsidP="00990FEF">
      <w:pPr>
        <w:spacing w:after="0"/>
        <w:ind w:left="-850" w:right="-850"/>
        <w:rPr>
          <w:rFonts w:ascii="Yu Gothic UI" w:eastAsia="Yu Gothic UI" w:hAnsi="Yu Gothic UI"/>
          <w:b/>
          <w:sz w:val="32"/>
          <w:szCs w:val="32"/>
        </w:rPr>
      </w:pPr>
      <w:r w:rsidRPr="00E366C7">
        <w:rPr>
          <w:rFonts w:ascii="Yu Gothic UI" w:eastAsia="Yu Gothic UI" w:hAnsi="Yu Gothic UI"/>
          <w:b/>
          <w:sz w:val="32"/>
          <w:szCs w:val="32"/>
        </w:rPr>
        <w:t xml:space="preserve">Laura 338.1767556 – </w:t>
      </w:r>
      <w:proofErr w:type="spellStart"/>
      <w:r w:rsidRPr="00E366C7">
        <w:rPr>
          <w:rFonts w:ascii="Yu Gothic UI" w:eastAsia="Yu Gothic UI" w:hAnsi="Yu Gothic UI"/>
          <w:b/>
          <w:sz w:val="32"/>
          <w:szCs w:val="32"/>
        </w:rPr>
        <w:t>Elisabetta</w:t>
      </w:r>
      <w:proofErr w:type="spellEnd"/>
      <w:r w:rsidRPr="00E366C7">
        <w:rPr>
          <w:rFonts w:ascii="Yu Gothic UI" w:eastAsia="Yu Gothic UI" w:hAnsi="Yu Gothic UI"/>
          <w:b/>
          <w:sz w:val="32"/>
          <w:szCs w:val="32"/>
        </w:rPr>
        <w:t xml:space="preserve"> 340.2207229</w:t>
      </w:r>
      <w:bookmarkStart w:id="0" w:name="_GoBack"/>
      <w:bookmarkEnd w:id="0"/>
    </w:p>
    <w:sectPr w:rsidR="00990FEF" w:rsidRPr="00E366C7" w:rsidSect="0095727F">
      <w:headerReference w:type="default" r:id="rId9"/>
      <w:footerReference w:type="default" r:id="rId10"/>
      <w:pgSz w:w="12240" w:h="15840"/>
      <w:pgMar w:top="1440" w:right="1800" w:bottom="1440" w:left="1800" w:header="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A7B" w:rsidRDefault="00F10A7B" w:rsidP="00B774A2">
      <w:pPr>
        <w:spacing w:after="0" w:line="240" w:lineRule="auto"/>
      </w:pPr>
      <w:r>
        <w:separator/>
      </w:r>
    </w:p>
  </w:endnote>
  <w:endnote w:type="continuationSeparator" w:id="0">
    <w:p w:rsidR="00F10A7B" w:rsidRDefault="00F10A7B" w:rsidP="00B77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1020" w:rsidRPr="002A1020" w:rsidRDefault="00F10A7B" w:rsidP="002A1020">
    <w:pPr>
      <w:spacing w:after="0"/>
      <w:ind w:right="-283"/>
      <w:rPr>
        <w:rFonts w:ascii="Yu Gothic UI" w:eastAsia="Yu Gothic UI" w:hAnsi="Yu Gothic UI"/>
        <w:b/>
        <w:color w:val="7030A0"/>
        <w:sz w:val="28"/>
        <w:szCs w:val="28"/>
      </w:rPr>
    </w:pPr>
    <w:hyperlink r:id="rId1" w:history="1">
      <w:r w:rsidR="002A1020" w:rsidRPr="002A1020">
        <w:rPr>
          <w:rStyle w:val="Collegamentoipertestuale"/>
          <w:rFonts w:ascii="Yu Gothic UI" w:eastAsia="Yu Gothic UI" w:hAnsi="Yu Gothic UI"/>
          <w:b/>
          <w:color w:val="7030A0"/>
          <w:sz w:val="28"/>
          <w:szCs w:val="28"/>
          <w:u w:val="none"/>
        </w:rPr>
        <w:t>punto.madreterra@hotmail.com</w:t>
      </w:r>
    </w:hyperlink>
    <w:r w:rsidR="002A1020" w:rsidRPr="002A1020">
      <w:rPr>
        <w:rFonts w:ascii="Yu Gothic UI" w:eastAsia="Yu Gothic UI" w:hAnsi="Yu Gothic UI"/>
        <w:b/>
        <w:color w:val="7030A0"/>
        <w:sz w:val="28"/>
        <w:szCs w:val="28"/>
      </w:rPr>
      <w:t xml:space="preserve">   -   ww.madreterraroma.org</w:t>
    </w:r>
  </w:p>
  <w:p w:rsidR="009F7211" w:rsidRPr="009F7211" w:rsidRDefault="009F7211" w:rsidP="002A1020">
    <w:pPr>
      <w:spacing w:after="0"/>
      <w:ind w:right="-907"/>
      <w:rPr>
        <w:rFonts w:ascii="Comic Sans MS" w:hAnsi="Comic Sans MS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A7B" w:rsidRDefault="00F10A7B" w:rsidP="00B774A2">
      <w:pPr>
        <w:spacing w:after="0" w:line="240" w:lineRule="auto"/>
      </w:pPr>
      <w:r>
        <w:separator/>
      </w:r>
    </w:p>
  </w:footnote>
  <w:footnote w:type="continuationSeparator" w:id="0">
    <w:p w:rsidR="00F10A7B" w:rsidRDefault="00F10A7B" w:rsidP="00B77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4A2" w:rsidRPr="002A1020" w:rsidRDefault="00B774A2" w:rsidP="00B774A2">
    <w:pPr>
      <w:pStyle w:val="Intestazione"/>
      <w:jc w:val="center"/>
      <w:rPr>
        <w:b/>
        <w:color w:val="7030A0"/>
      </w:rPr>
    </w:pPr>
    <w:r w:rsidRPr="002A1020">
      <w:rPr>
        <w:b/>
        <w:noProof/>
        <w:color w:val="7030A0"/>
        <w:lang w:val="it-IT" w:eastAsia="it-IT"/>
      </w:rPr>
      <w:drawing>
        <wp:inline distT="0" distB="0" distL="0" distR="0">
          <wp:extent cx="3943350" cy="8572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R  VOLANTIN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44415" cy="8574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AB014C7"/>
    <w:multiLevelType w:val="hybridMultilevel"/>
    <w:tmpl w:val="011290F6"/>
    <w:lvl w:ilvl="0" w:tplc="AA74B4AE">
      <w:numFmt w:val="bullet"/>
      <w:lvlText w:val="-"/>
      <w:lvlJc w:val="left"/>
      <w:pPr>
        <w:ind w:left="-490" w:hanging="360"/>
      </w:pPr>
      <w:rPr>
        <w:rFonts w:ascii="Yu Gothic UI" w:eastAsia="Yu Gothic UI" w:hAnsi="Yu Gothic UI" w:cstheme="minorBidi" w:hint="eastAsia"/>
      </w:rPr>
    </w:lvl>
    <w:lvl w:ilvl="1" w:tplc="04100003" w:tentative="1">
      <w:start w:val="1"/>
      <w:numFmt w:val="bullet"/>
      <w:lvlText w:val="o"/>
      <w:lvlJc w:val="left"/>
      <w:pPr>
        <w:ind w:left="2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6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11F2"/>
    <w:rsid w:val="00034616"/>
    <w:rsid w:val="0006063C"/>
    <w:rsid w:val="000B3B79"/>
    <w:rsid w:val="000C0EA7"/>
    <w:rsid w:val="000D1252"/>
    <w:rsid w:val="0013299C"/>
    <w:rsid w:val="0015074B"/>
    <w:rsid w:val="00175A2C"/>
    <w:rsid w:val="0029639D"/>
    <w:rsid w:val="002A1020"/>
    <w:rsid w:val="002F2CC4"/>
    <w:rsid w:val="00307ADF"/>
    <w:rsid w:val="00326F90"/>
    <w:rsid w:val="003D2ACD"/>
    <w:rsid w:val="0042193C"/>
    <w:rsid w:val="00456D86"/>
    <w:rsid w:val="00597456"/>
    <w:rsid w:val="005F408A"/>
    <w:rsid w:val="00664EA2"/>
    <w:rsid w:val="00713212"/>
    <w:rsid w:val="007C332F"/>
    <w:rsid w:val="007D4D9D"/>
    <w:rsid w:val="008865A1"/>
    <w:rsid w:val="0095727F"/>
    <w:rsid w:val="0097018D"/>
    <w:rsid w:val="00990FEF"/>
    <w:rsid w:val="009D383F"/>
    <w:rsid w:val="009F7211"/>
    <w:rsid w:val="00AA1D8D"/>
    <w:rsid w:val="00B47730"/>
    <w:rsid w:val="00B774A2"/>
    <w:rsid w:val="00C53434"/>
    <w:rsid w:val="00C81B05"/>
    <w:rsid w:val="00CB0664"/>
    <w:rsid w:val="00DC5210"/>
    <w:rsid w:val="00E366C7"/>
    <w:rsid w:val="00EA3753"/>
    <w:rsid w:val="00F10A7B"/>
    <w:rsid w:val="00F15834"/>
    <w:rsid w:val="00FC693F"/>
    <w:rsid w:val="00FF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BDAAF530-FA79-42A2-AE5E-C414357A0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2F2C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unto.madreterra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57EDF9-E5FF-4182-BA65-433176C49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64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</cp:lastModifiedBy>
  <cp:revision>13</cp:revision>
  <dcterms:created xsi:type="dcterms:W3CDTF">2025-11-17T11:50:00Z</dcterms:created>
  <dcterms:modified xsi:type="dcterms:W3CDTF">2026-09-23T07:25:00Z</dcterms:modified>
  <cp:category/>
</cp:coreProperties>
</file>