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753" w:rsidRPr="0095727F" w:rsidRDefault="0095727F" w:rsidP="0095727F">
      <w:pPr>
        <w:spacing w:after="0"/>
        <w:jc w:val="center"/>
        <w:rPr>
          <w:rFonts w:ascii="Century Gothic" w:hAnsi="Century Gothic"/>
          <w:b/>
          <w:noProof/>
          <w:color w:val="FF0000"/>
          <w:sz w:val="56"/>
          <w:szCs w:val="56"/>
          <w:lang w:val="it-IT" w:eastAsia="it-IT"/>
        </w:rPr>
      </w:pPr>
      <w:r w:rsidRPr="0095727F">
        <w:rPr>
          <w:rFonts w:ascii="Century Gothic" w:hAnsi="Century Gothic"/>
          <w:b/>
          <w:noProof/>
          <w:color w:val="FF0000"/>
          <w:sz w:val="56"/>
          <w:szCs w:val="56"/>
          <w:lang w:val="it-IT" w:eastAsia="it-IT"/>
        </w:rPr>
        <w:t>CORSO TANGO NUEVO</w:t>
      </w:r>
    </w:p>
    <w:p w:rsidR="007D4D9D" w:rsidRPr="0042193C" w:rsidRDefault="00C53434" w:rsidP="0042193C">
      <w:pPr>
        <w:spacing w:after="0"/>
        <w:jc w:val="center"/>
        <w:rPr>
          <w:noProof/>
          <w:lang w:val="it-IT" w:eastAsia="it-IT"/>
        </w:rPr>
      </w:pPr>
      <w:bookmarkStart w:id="0" w:name="_GoBack"/>
      <w:r>
        <w:rPr>
          <w:noProof/>
          <w:lang w:val="it-IT" w:eastAsia="it-IT"/>
        </w:rPr>
        <w:drawing>
          <wp:inline distT="0" distB="0" distL="0" distR="0">
            <wp:extent cx="5010150" cy="299085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ango3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990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End w:id="0"/>
    </w:p>
    <w:p w:rsidR="00597456" w:rsidRPr="0095727F" w:rsidRDefault="000B3B79" w:rsidP="000B3B79">
      <w:pPr>
        <w:spacing w:after="0"/>
        <w:ind w:left="-850" w:right="-283"/>
        <w:jc w:val="center"/>
        <w:rPr>
          <w:rFonts w:ascii="Century Gothic" w:eastAsia="Yu Gothic UI" w:hAnsi="Century Gothic"/>
          <w:b/>
          <w:sz w:val="36"/>
          <w:szCs w:val="36"/>
        </w:rPr>
      </w:pPr>
      <w:r w:rsidRPr="0095727F">
        <w:rPr>
          <w:rFonts w:ascii="Yu Gothic UI" w:eastAsia="Yu Gothic UI" w:hAnsi="Yu Gothic UI"/>
          <w:sz w:val="36"/>
          <w:szCs w:val="36"/>
        </w:rPr>
        <w:t xml:space="preserve">    </w:t>
      </w:r>
      <w:r w:rsidR="00597456" w:rsidRPr="0095727F">
        <w:rPr>
          <w:rFonts w:ascii="Century Gothic" w:eastAsia="Yu Gothic UI" w:hAnsi="Century Gothic"/>
          <w:b/>
          <w:sz w:val="36"/>
          <w:szCs w:val="36"/>
        </w:rPr>
        <w:t>SABATO 03/10/2026</w:t>
      </w:r>
    </w:p>
    <w:p w:rsidR="00597456" w:rsidRPr="0095727F" w:rsidRDefault="00597456" w:rsidP="0095727F">
      <w:pPr>
        <w:spacing w:after="120"/>
        <w:ind w:left="-850" w:right="-283"/>
        <w:jc w:val="center"/>
        <w:rPr>
          <w:rFonts w:ascii="Century Gothic" w:eastAsia="Yu Gothic UI" w:hAnsi="Century Gothic"/>
          <w:b/>
          <w:sz w:val="36"/>
          <w:szCs w:val="36"/>
        </w:rPr>
      </w:pPr>
      <w:r w:rsidRPr="0095727F">
        <w:rPr>
          <w:rFonts w:ascii="Century Gothic" w:eastAsia="Yu Gothic UI" w:hAnsi="Century Gothic"/>
          <w:b/>
          <w:sz w:val="36"/>
          <w:szCs w:val="36"/>
        </w:rPr>
        <w:t xml:space="preserve">    SABATO 17/10/2026</w:t>
      </w:r>
    </w:p>
    <w:p w:rsidR="00597456" w:rsidRPr="0095727F" w:rsidRDefault="00597456" w:rsidP="000B3B79">
      <w:pPr>
        <w:spacing w:after="0"/>
        <w:ind w:left="-850" w:right="-283"/>
        <w:jc w:val="center"/>
        <w:rPr>
          <w:rFonts w:ascii="Century Gothic" w:eastAsia="Yu Gothic UI" w:hAnsi="Century Gothic"/>
          <w:sz w:val="36"/>
          <w:szCs w:val="36"/>
        </w:rPr>
      </w:pPr>
      <w:r w:rsidRPr="0095727F">
        <w:rPr>
          <w:rFonts w:ascii="Century Gothic" w:eastAsia="Yu Gothic UI" w:hAnsi="Century Gothic"/>
          <w:sz w:val="36"/>
          <w:szCs w:val="36"/>
        </w:rPr>
        <w:t xml:space="preserve">16.00-17.00 </w:t>
      </w:r>
      <w:r w:rsidRPr="0095727F">
        <w:rPr>
          <w:rFonts w:ascii="Century Gothic" w:eastAsia="Yu Gothic UI" w:hAnsi="Century Gothic"/>
          <w:b/>
          <w:sz w:val="36"/>
          <w:szCs w:val="36"/>
        </w:rPr>
        <w:t>TECNICA FEMMINILE</w:t>
      </w:r>
    </w:p>
    <w:p w:rsidR="00597456" w:rsidRPr="0095727F" w:rsidRDefault="00597456" w:rsidP="000B3B79">
      <w:pPr>
        <w:spacing w:after="0"/>
        <w:ind w:left="-850" w:right="-283"/>
        <w:jc w:val="center"/>
        <w:rPr>
          <w:rFonts w:ascii="Century Gothic" w:eastAsia="Yu Gothic UI" w:hAnsi="Century Gothic"/>
          <w:sz w:val="36"/>
          <w:szCs w:val="36"/>
        </w:rPr>
      </w:pPr>
      <w:r w:rsidRPr="0095727F">
        <w:rPr>
          <w:rFonts w:ascii="Century Gothic" w:eastAsia="Yu Gothic UI" w:hAnsi="Century Gothic"/>
          <w:sz w:val="36"/>
          <w:szCs w:val="36"/>
        </w:rPr>
        <w:t xml:space="preserve">17.00-18.00 </w:t>
      </w:r>
      <w:r w:rsidRPr="0095727F">
        <w:rPr>
          <w:rFonts w:ascii="Century Gothic" w:eastAsia="Yu Gothic UI" w:hAnsi="Century Gothic"/>
          <w:b/>
          <w:sz w:val="36"/>
          <w:szCs w:val="36"/>
        </w:rPr>
        <w:t xml:space="preserve">LEZIONE </w:t>
      </w:r>
      <w:r w:rsidR="007D4D9D" w:rsidRPr="0095727F">
        <w:rPr>
          <w:rFonts w:ascii="Century Gothic" w:eastAsia="Yu Gothic UI" w:hAnsi="Century Gothic"/>
          <w:b/>
          <w:sz w:val="36"/>
          <w:szCs w:val="36"/>
        </w:rPr>
        <w:t xml:space="preserve">DI </w:t>
      </w:r>
      <w:r w:rsidRPr="0095727F">
        <w:rPr>
          <w:rFonts w:ascii="Century Gothic" w:eastAsia="Yu Gothic UI" w:hAnsi="Century Gothic"/>
          <w:b/>
          <w:sz w:val="36"/>
          <w:szCs w:val="36"/>
        </w:rPr>
        <w:t>TANGO NUEVO</w:t>
      </w:r>
    </w:p>
    <w:p w:rsidR="007D4D9D" w:rsidRPr="0095727F" w:rsidRDefault="00597456" w:rsidP="007D4D9D">
      <w:pPr>
        <w:spacing w:after="0"/>
        <w:ind w:left="-850" w:right="-283"/>
        <w:jc w:val="center"/>
        <w:rPr>
          <w:rFonts w:ascii="Century Gothic" w:hAnsi="Century Gothic"/>
          <w:b/>
          <w:sz w:val="36"/>
          <w:szCs w:val="36"/>
        </w:rPr>
      </w:pPr>
      <w:r w:rsidRPr="0095727F">
        <w:rPr>
          <w:rFonts w:ascii="Yu Gothic UI" w:eastAsia="Yu Gothic UI" w:hAnsi="Yu Gothic UI"/>
          <w:sz w:val="36"/>
          <w:szCs w:val="36"/>
        </w:rPr>
        <w:t>18.00-20</w:t>
      </w:r>
      <w:r w:rsidR="007D4D9D" w:rsidRPr="0095727F">
        <w:rPr>
          <w:rFonts w:ascii="Yu Gothic UI" w:eastAsia="Yu Gothic UI" w:hAnsi="Yu Gothic UI"/>
          <w:sz w:val="36"/>
          <w:szCs w:val="36"/>
        </w:rPr>
        <w:t xml:space="preserve">.00 </w:t>
      </w:r>
      <w:r w:rsidR="007D4D9D" w:rsidRPr="0095727F">
        <w:rPr>
          <w:rFonts w:ascii="Century Gothic" w:hAnsi="Century Gothic"/>
          <w:b/>
          <w:sz w:val="36"/>
          <w:szCs w:val="36"/>
        </w:rPr>
        <w:t xml:space="preserve">PRATICA GUIDATA </w:t>
      </w:r>
    </w:p>
    <w:p w:rsidR="007D4D9D" w:rsidRDefault="000B3B79" w:rsidP="000B3B79">
      <w:pPr>
        <w:spacing w:after="0"/>
        <w:ind w:left="-850" w:right="-283"/>
        <w:jc w:val="center"/>
        <w:rPr>
          <w:rFonts w:ascii="Century Gothic" w:eastAsia="Yu Gothic UI" w:hAnsi="Century Gothic"/>
          <w:sz w:val="40"/>
          <w:szCs w:val="36"/>
        </w:rPr>
      </w:pPr>
      <w:proofErr w:type="gramStart"/>
      <w:r>
        <w:rPr>
          <w:rFonts w:ascii="Yu Gothic UI" w:eastAsia="Yu Gothic UI" w:hAnsi="Yu Gothic UI"/>
          <w:sz w:val="40"/>
          <w:szCs w:val="36"/>
        </w:rPr>
        <w:t>con</w:t>
      </w:r>
      <w:proofErr w:type="gramEnd"/>
      <w:r w:rsidRPr="00597456">
        <w:rPr>
          <w:rFonts w:ascii="Century Gothic" w:eastAsia="Yu Gothic UI" w:hAnsi="Century Gothic"/>
          <w:sz w:val="40"/>
          <w:szCs w:val="36"/>
        </w:rPr>
        <w:t xml:space="preserve"> </w:t>
      </w:r>
    </w:p>
    <w:p w:rsidR="002A1020" w:rsidRPr="0042193C" w:rsidRDefault="00597456" w:rsidP="0042193C">
      <w:pPr>
        <w:spacing w:after="240"/>
        <w:ind w:left="-850" w:right="-283"/>
        <w:jc w:val="center"/>
        <w:rPr>
          <w:rFonts w:ascii="Century Gothic" w:eastAsia="Yu Gothic UI" w:hAnsi="Century Gothic"/>
          <w:sz w:val="44"/>
          <w:szCs w:val="36"/>
        </w:rPr>
      </w:pPr>
      <w:r>
        <w:rPr>
          <w:rFonts w:ascii="Century Gothic" w:eastAsia="Yu Gothic UI" w:hAnsi="Century Gothic"/>
          <w:b/>
          <w:sz w:val="40"/>
          <w:szCs w:val="36"/>
        </w:rPr>
        <w:t xml:space="preserve">EDUARDO </w:t>
      </w:r>
      <w:r w:rsidRPr="00597456">
        <w:rPr>
          <w:rFonts w:ascii="Century Gothic" w:eastAsia="Yu Gothic UI" w:hAnsi="Century Gothic"/>
          <w:b/>
          <w:sz w:val="40"/>
          <w:szCs w:val="36"/>
        </w:rPr>
        <w:t xml:space="preserve">MOYANO </w:t>
      </w:r>
      <w:r w:rsidR="0095727F">
        <w:rPr>
          <w:rFonts w:ascii="Century Gothic" w:eastAsia="Yu Gothic UI" w:hAnsi="Century Gothic"/>
          <w:b/>
          <w:sz w:val="40"/>
          <w:szCs w:val="36"/>
        </w:rPr>
        <w:t xml:space="preserve">  </w:t>
      </w:r>
      <w:r w:rsidRPr="0095727F">
        <w:rPr>
          <w:rFonts w:ascii="Century Gothic" w:eastAsia="Yu Gothic UI" w:hAnsi="Century Gothic"/>
          <w:sz w:val="40"/>
          <w:szCs w:val="36"/>
        </w:rPr>
        <w:t>e</w:t>
      </w:r>
      <w:r w:rsidR="0095727F">
        <w:rPr>
          <w:rFonts w:ascii="Century Gothic" w:eastAsia="Yu Gothic UI" w:hAnsi="Century Gothic"/>
          <w:b/>
          <w:sz w:val="40"/>
          <w:szCs w:val="36"/>
        </w:rPr>
        <w:t xml:space="preserve"> </w:t>
      </w:r>
      <w:r w:rsidRPr="00597456">
        <w:rPr>
          <w:rFonts w:ascii="Century Gothic" w:eastAsia="Yu Gothic UI" w:hAnsi="Century Gothic"/>
          <w:b/>
          <w:sz w:val="40"/>
          <w:szCs w:val="36"/>
        </w:rPr>
        <w:t xml:space="preserve"> </w:t>
      </w:r>
      <w:r w:rsidR="0095727F">
        <w:rPr>
          <w:rFonts w:ascii="Century Gothic" w:eastAsia="Yu Gothic UI" w:hAnsi="Century Gothic"/>
          <w:b/>
          <w:sz w:val="40"/>
          <w:szCs w:val="36"/>
        </w:rPr>
        <w:t xml:space="preserve"> </w:t>
      </w:r>
      <w:r>
        <w:rPr>
          <w:rFonts w:ascii="Century Gothic" w:eastAsia="Yu Gothic UI" w:hAnsi="Century Gothic"/>
          <w:b/>
          <w:sz w:val="40"/>
          <w:szCs w:val="36"/>
        </w:rPr>
        <w:t>IVANA MOREIRA</w:t>
      </w:r>
    </w:p>
    <w:p w:rsidR="002A1020" w:rsidRPr="002A1020" w:rsidRDefault="002A1020" w:rsidP="002A1020">
      <w:pPr>
        <w:spacing w:after="0"/>
        <w:ind w:left="-850" w:right="-850"/>
        <w:jc w:val="center"/>
        <w:rPr>
          <w:rFonts w:ascii="Yu Gothic UI" w:eastAsia="Yu Gothic UI" w:hAnsi="Yu Gothic UI"/>
          <w:b/>
          <w:color w:val="7030A0"/>
          <w:sz w:val="32"/>
          <w:szCs w:val="32"/>
        </w:rPr>
      </w:pPr>
      <w:proofErr w:type="spellStart"/>
      <w:r w:rsidRPr="002A1020">
        <w:rPr>
          <w:rFonts w:ascii="Yu Gothic UI" w:eastAsia="Yu Gothic UI" w:hAnsi="Yu Gothic UI"/>
          <w:b/>
          <w:color w:val="7030A0"/>
          <w:sz w:val="32"/>
          <w:szCs w:val="32"/>
        </w:rPr>
        <w:t>Presso</w:t>
      </w:r>
      <w:proofErr w:type="spellEnd"/>
      <w:r w:rsidRPr="002A1020">
        <w:rPr>
          <w:rFonts w:ascii="Yu Gothic UI" w:eastAsia="Yu Gothic UI" w:hAnsi="Yu Gothic UI"/>
          <w:b/>
          <w:color w:val="7030A0"/>
          <w:sz w:val="32"/>
          <w:szCs w:val="32"/>
        </w:rPr>
        <w:t xml:space="preserve"> </w:t>
      </w:r>
      <w:proofErr w:type="spellStart"/>
      <w:r w:rsidRPr="002A1020">
        <w:rPr>
          <w:rFonts w:ascii="Yu Gothic UI" w:eastAsia="Yu Gothic UI" w:hAnsi="Yu Gothic UI"/>
          <w:b/>
          <w:color w:val="7030A0"/>
          <w:sz w:val="32"/>
          <w:szCs w:val="32"/>
        </w:rPr>
        <w:t>L’Ass</w:t>
      </w:r>
      <w:proofErr w:type="spellEnd"/>
      <w:r w:rsidRPr="002A1020">
        <w:rPr>
          <w:rFonts w:ascii="Yu Gothic UI" w:eastAsia="Yu Gothic UI" w:hAnsi="Yu Gothic UI"/>
          <w:b/>
          <w:color w:val="7030A0"/>
          <w:sz w:val="32"/>
          <w:szCs w:val="32"/>
        </w:rPr>
        <w:t xml:space="preserve">. </w:t>
      </w:r>
      <w:proofErr w:type="spellStart"/>
      <w:r w:rsidRPr="002A1020">
        <w:rPr>
          <w:rFonts w:ascii="Yu Gothic UI" w:eastAsia="Yu Gothic UI" w:hAnsi="Yu Gothic UI"/>
          <w:b/>
          <w:color w:val="7030A0"/>
          <w:sz w:val="32"/>
          <w:szCs w:val="32"/>
        </w:rPr>
        <w:t>Culturale</w:t>
      </w:r>
      <w:proofErr w:type="spellEnd"/>
      <w:r w:rsidRPr="002A1020">
        <w:rPr>
          <w:rFonts w:ascii="Yu Gothic UI" w:eastAsia="Yu Gothic UI" w:hAnsi="Yu Gothic UI"/>
          <w:b/>
          <w:color w:val="7030A0"/>
          <w:sz w:val="32"/>
          <w:szCs w:val="32"/>
        </w:rPr>
        <w:t xml:space="preserve"> “Madre Terra”, via </w:t>
      </w:r>
      <w:proofErr w:type="spellStart"/>
      <w:r w:rsidRPr="002A1020">
        <w:rPr>
          <w:rFonts w:ascii="Yu Gothic UI" w:eastAsia="Yu Gothic UI" w:hAnsi="Yu Gothic UI"/>
          <w:b/>
          <w:color w:val="7030A0"/>
          <w:sz w:val="32"/>
          <w:szCs w:val="32"/>
        </w:rPr>
        <w:t>Alesssandro</w:t>
      </w:r>
      <w:proofErr w:type="spellEnd"/>
      <w:r w:rsidRPr="002A1020">
        <w:rPr>
          <w:rFonts w:ascii="Yu Gothic UI" w:eastAsia="Yu Gothic UI" w:hAnsi="Yu Gothic UI"/>
          <w:b/>
          <w:color w:val="7030A0"/>
          <w:sz w:val="32"/>
          <w:szCs w:val="32"/>
        </w:rPr>
        <w:t xml:space="preserve"> </w:t>
      </w:r>
      <w:proofErr w:type="spellStart"/>
      <w:r w:rsidRPr="002A1020">
        <w:rPr>
          <w:rFonts w:ascii="Yu Gothic UI" w:eastAsia="Yu Gothic UI" w:hAnsi="Yu Gothic UI"/>
          <w:b/>
          <w:color w:val="7030A0"/>
          <w:sz w:val="32"/>
          <w:szCs w:val="32"/>
        </w:rPr>
        <w:t>Santini</w:t>
      </w:r>
      <w:proofErr w:type="spellEnd"/>
      <w:r w:rsidRPr="002A1020">
        <w:rPr>
          <w:rFonts w:ascii="Yu Gothic UI" w:eastAsia="Yu Gothic UI" w:hAnsi="Yu Gothic UI"/>
          <w:b/>
          <w:color w:val="7030A0"/>
          <w:sz w:val="32"/>
          <w:szCs w:val="32"/>
        </w:rPr>
        <w:t xml:space="preserve"> 9 a/b/c,</w:t>
      </w:r>
    </w:p>
    <w:p w:rsidR="0042193C" w:rsidRDefault="002A1020" w:rsidP="0042193C">
      <w:pPr>
        <w:spacing w:after="360"/>
        <w:ind w:left="-850" w:right="-850"/>
        <w:jc w:val="center"/>
        <w:rPr>
          <w:rFonts w:ascii="Yu Gothic UI" w:eastAsia="Yu Gothic UI" w:hAnsi="Yu Gothic UI"/>
          <w:b/>
          <w:sz w:val="32"/>
          <w:szCs w:val="32"/>
        </w:rPr>
      </w:pPr>
      <w:r w:rsidRPr="002A1020">
        <w:rPr>
          <w:rFonts w:ascii="Yu Gothic UI" w:eastAsia="Yu Gothic UI" w:hAnsi="Yu Gothic UI"/>
          <w:b/>
          <w:sz w:val="32"/>
          <w:szCs w:val="32"/>
        </w:rPr>
        <w:t xml:space="preserve">(Zona Aurelia, </w:t>
      </w:r>
      <w:proofErr w:type="spellStart"/>
      <w:r w:rsidRPr="002A1020">
        <w:rPr>
          <w:rFonts w:ascii="Yu Gothic UI" w:eastAsia="Yu Gothic UI" w:hAnsi="Yu Gothic UI"/>
          <w:b/>
          <w:sz w:val="32"/>
          <w:szCs w:val="32"/>
        </w:rPr>
        <w:t>Casal</w:t>
      </w:r>
      <w:proofErr w:type="spellEnd"/>
      <w:r w:rsidRPr="002A1020">
        <w:rPr>
          <w:rFonts w:ascii="Yu Gothic UI" w:eastAsia="Yu Gothic UI" w:hAnsi="Yu Gothic UI"/>
          <w:b/>
          <w:sz w:val="32"/>
          <w:szCs w:val="32"/>
        </w:rPr>
        <w:t xml:space="preserve"> </w:t>
      </w:r>
      <w:proofErr w:type="spellStart"/>
      <w:r w:rsidRPr="002A1020">
        <w:rPr>
          <w:rFonts w:ascii="Yu Gothic UI" w:eastAsia="Yu Gothic UI" w:hAnsi="Yu Gothic UI"/>
          <w:b/>
          <w:sz w:val="32"/>
          <w:szCs w:val="32"/>
        </w:rPr>
        <w:t>Lumbroso</w:t>
      </w:r>
      <w:proofErr w:type="spellEnd"/>
      <w:r w:rsidRPr="002A1020">
        <w:rPr>
          <w:rFonts w:ascii="Yu Gothic UI" w:eastAsia="Yu Gothic UI" w:hAnsi="Yu Gothic UI"/>
          <w:b/>
          <w:sz w:val="32"/>
          <w:szCs w:val="32"/>
        </w:rPr>
        <w:t>)</w:t>
      </w:r>
    </w:p>
    <w:p w:rsidR="0042193C" w:rsidRPr="0095727F" w:rsidRDefault="008865A1" w:rsidP="0042193C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  <w:proofErr w:type="spellStart"/>
      <w:r w:rsidRPr="0095727F">
        <w:rPr>
          <w:rFonts w:ascii="Yu Gothic UI" w:eastAsia="Yu Gothic UI" w:hAnsi="Yu Gothic UI"/>
          <w:b/>
          <w:color w:val="7030A0"/>
          <w:sz w:val="32"/>
          <w:szCs w:val="32"/>
        </w:rPr>
        <w:t>Prenotazione</w:t>
      </w:r>
      <w:proofErr w:type="spellEnd"/>
      <w:r w:rsidRPr="0095727F">
        <w:rPr>
          <w:rFonts w:ascii="Yu Gothic UI" w:eastAsia="Yu Gothic UI" w:hAnsi="Yu Gothic UI"/>
          <w:b/>
          <w:color w:val="7030A0"/>
          <w:sz w:val="32"/>
          <w:szCs w:val="32"/>
        </w:rPr>
        <w:t xml:space="preserve"> </w:t>
      </w:r>
      <w:proofErr w:type="spellStart"/>
      <w:r w:rsidRPr="0095727F">
        <w:rPr>
          <w:rFonts w:ascii="Yu Gothic UI" w:eastAsia="Yu Gothic UI" w:hAnsi="Yu Gothic UI"/>
          <w:b/>
          <w:color w:val="7030A0"/>
          <w:sz w:val="32"/>
          <w:szCs w:val="32"/>
        </w:rPr>
        <w:t>obbligatoria</w:t>
      </w:r>
      <w:proofErr w:type="spellEnd"/>
      <w:r w:rsidR="000C0EA7" w:rsidRPr="0095727F">
        <w:rPr>
          <w:rFonts w:ascii="Yu Gothic UI" w:eastAsia="Yu Gothic UI" w:hAnsi="Yu Gothic UI"/>
          <w:b/>
          <w:color w:val="7030A0"/>
          <w:sz w:val="32"/>
          <w:szCs w:val="32"/>
        </w:rPr>
        <w:t>:</w:t>
      </w:r>
      <w:r w:rsidR="0042193C" w:rsidRPr="0095727F">
        <w:rPr>
          <w:rFonts w:ascii="Yu Gothic UI" w:eastAsia="Yu Gothic UI" w:hAnsi="Yu Gothic UI"/>
          <w:b/>
          <w:sz w:val="32"/>
          <w:szCs w:val="32"/>
        </w:rPr>
        <w:t xml:space="preserve"> </w:t>
      </w:r>
    </w:p>
    <w:p w:rsidR="002F2CC4" w:rsidRDefault="0042193C" w:rsidP="0042193C">
      <w:pPr>
        <w:spacing w:after="0"/>
        <w:ind w:left="-850" w:right="-850"/>
        <w:rPr>
          <w:rFonts w:ascii="Yu Gothic UI" w:eastAsia="Yu Gothic UI" w:hAnsi="Yu Gothic UI"/>
          <w:sz w:val="32"/>
          <w:szCs w:val="32"/>
        </w:rPr>
      </w:pPr>
      <w:r w:rsidRPr="0042193C">
        <w:rPr>
          <w:rFonts w:ascii="Yu Gothic UI" w:eastAsia="Yu Gothic UI" w:hAnsi="Yu Gothic UI"/>
          <w:b/>
          <w:sz w:val="32"/>
          <w:szCs w:val="32"/>
        </w:rPr>
        <w:t>Eduardo</w:t>
      </w:r>
      <w:r>
        <w:rPr>
          <w:rFonts w:ascii="Yu Gothic UI" w:eastAsia="Yu Gothic UI" w:hAnsi="Yu Gothic UI"/>
          <w:sz w:val="32"/>
          <w:szCs w:val="32"/>
        </w:rPr>
        <w:t xml:space="preserve"> 347.8458284 - </w:t>
      </w:r>
      <w:proofErr w:type="gramStart"/>
      <w:r>
        <w:rPr>
          <w:rFonts w:ascii="Yu Gothic UI" w:eastAsia="Yu Gothic UI" w:hAnsi="Yu Gothic UI"/>
          <w:b/>
          <w:sz w:val="32"/>
          <w:szCs w:val="32"/>
        </w:rPr>
        <w:t>Ivy</w:t>
      </w:r>
      <w:r w:rsidR="002A1020" w:rsidRPr="002A1020">
        <w:rPr>
          <w:rFonts w:ascii="Yu Gothic UI" w:eastAsia="Yu Gothic UI" w:hAnsi="Yu Gothic UI"/>
          <w:sz w:val="32"/>
          <w:szCs w:val="32"/>
        </w:rPr>
        <w:t xml:space="preserve">  351.1711977</w:t>
      </w:r>
      <w:proofErr w:type="gramEnd"/>
      <w:r w:rsidR="002A1020" w:rsidRPr="002A1020">
        <w:rPr>
          <w:rFonts w:ascii="Yu Gothic UI" w:eastAsia="Yu Gothic UI" w:hAnsi="Yu Gothic UI"/>
          <w:sz w:val="32"/>
          <w:szCs w:val="32"/>
        </w:rPr>
        <w:t xml:space="preserve"> </w:t>
      </w:r>
      <w:r>
        <w:rPr>
          <w:rFonts w:ascii="Yu Gothic UI" w:eastAsia="Yu Gothic UI" w:hAnsi="Yu Gothic UI"/>
          <w:sz w:val="32"/>
          <w:szCs w:val="32"/>
        </w:rPr>
        <w:t xml:space="preserve">- </w:t>
      </w:r>
      <w:r w:rsidRPr="0042193C">
        <w:rPr>
          <w:rFonts w:ascii="Yu Gothic UI" w:eastAsia="Yu Gothic UI" w:hAnsi="Yu Gothic UI"/>
          <w:b/>
          <w:sz w:val="32"/>
          <w:szCs w:val="32"/>
        </w:rPr>
        <w:t xml:space="preserve">Laura </w:t>
      </w:r>
      <w:r>
        <w:rPr>
          <w:rFonts w:ascii="Yu Gothic UI" w:eastAsia="Yu Gothic UI" w:hAnsi="Yu Gothic UI"/>
          <w:sz w:val="32"/>
          <w:szCs w:val="32"/>
        </w:rPr>
        <w:t>338.1767556</w:t>
      </w:r>
    </w:p>
    <w:p w:rsidR="00456D86" w:rsidRDefault="00456D86" w:rsidP="0042193C">
      <w:pPr>
        <w:spacing w:after="0"/>
        <w:ind w:left="-850" w:right="-850"/>
        <w:rPr>
          <w:rFonts w:ascii="Yu Gothic UI" w:eastAsia="Yu Gothic UI" w:hAnsi="Yu Gothic UI"/>
          <w:sz w:val="32"/>
          <w:szCs w:val="32"/>
        </w:rPr>
      </w:pPr>
    </w:p>
    <w:p w:rsidR="00456D86" w:rsidRPr="00456D86" w:rsidRDefault="00456D86" w:rsidP="00456D86">
      <w:pPr>
        <w:pStyle w:val="Paragrafoelenco"/>
        <w:numPr>
          <w:ilvl w:val="0"/>
          <w:numId w:val="10"/>
        </w:numPr>
        <w:spacing w:after="0"/>
        <w:ind w:right="-850"/>
        <w:rPr>
          <w:rFonts w:ascii="Yu Gothic UI" w:eastAsia="Yu Gothic UI" w:hAnsi="Yu Gothic UI"/>
          <w:b/>
          <w:sz w:val="32"/>
          <w:szCs w:val="32"/>
        </w:rPr>
      </w:pPr>
      <w:r w:rsidRPr="00456D86">
        <w:rPr>
          <w:rFonts w:ascii="Yu Gothic UI" w:eastAsia="Yu Gothic UI" w:hAnsi="Yu Gothic UI"/>
          <w:b/>
          <w:sz w:val="32"/>
          <w:szCs w:val="32"/>
        </w:rPr>
        <w:t xml:space="preserve">COSTO 30 EURO </w:t>
      </w:r>
    </w:p>
    <w:p w:rsidR="00456D86" w:rsidRDefault="00456D86" w:rsidP="00456D86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  <w:r>
        <w:rPr>
          <w:rFonts w:ascii="Yu Gothic UI" w:eastAsia="Yu Gothic UI" w:hAnsi="Yu Gothic UI"/>
          <w:b/>
          <w:sz w:val="32"/>
          <w:szCs w:val="32"/>
        </w:rPr>
        <w:t>TECNICA FEMMINILE/MASCHILE</w:t>
      </w:r>
      <w:r w:rsidRPr="00456D86">
        <w:rPr>
          <w:rFonts w:ascii="Yu Gothic UI" w:eastAsia="Yu Gothic UI" w:hAnsi="Yu Gothic UI"/>
          <w:b/>
          <w:sz w:val="32"/>
          <w:szCs w:val="32"/>
        </w:rPr>
        <w:t xml:space="preserve"> + </w:t>
      </w:r>
    </w:p>
    <w:p w:rsidR="00456D86" w:rsidRDefault="00456D86" w:rsidP="00456D86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  <w:r w:rsidRPr="00456D86">
        <w:rPr>
          <w:rFonts w:ascii="Yu Gothic UI" w:eastAsia="Yu Gothic UI" w:hAnsi="Yu Gothic UI"/>
          <w:b/>
          <w:sz w:val="32"/>
          <w:szCs w:val="32"/>
        </w:rPr>
        <w:t xml:space="preserve">LEZIONE TANGO NUEVO </w:t>
      </w:r>
      <w:r>
        <w:rPr>
          <w:rFonts w:ascii="Yu Gothic UI" w:eastAsia="Yu Gothic UI" w:hAnsi="Yu Gothic UI"/>
          <w:b/>
          <w:sz w:val="32"/>
          <w:szCs w:val="32"/>
        </w:rPr>
        <w:t xml:space="preserve">+ </w:t>
      </w:r>
    </w:p>
    <w:p w:rsidR="00456D86" w:rsidRDefault="00456D86" w:rsidP="00456D86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  <w:r>
        <w:rPr>
          <w:rFonts w:ascii="Yu Gothic UI" w:eastAsia="Yu Gothic UI" w:hAnsi="Yu Gothic UI"/>
          <w:b/>
          <w:sz w:val="32"/>
          <w:szCs w:val="32"/>
        </w:rPr>
        <w:t>PRATICA</w:t>
      </w:r>
    </w:p>
    <w:p w:rsidR="00456D86" w:rsidRDefault="00456D86" w:rsidP="00456D86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</w:p>
    <w:p w:rsidR="00456D86" w:rsidRPr="00456D86" w:rsidRDefault="00456D86" w:rsidP="00456D86">
      <w:pPr>
        <w:pStyle w:val="Paragrafoelenco"/>
        <w:numPr>
          <w:ilvl w:val="0"/>
          <w:numId w:val="10"/>
        </w:numPr>
        <w:spacing w:after="0"/>
        <w:ind w:right="-850"/>
        <w:rPr>
          <w:rFonts w:ascii="Yu Gothic UI" w:eastAsia="Yu Gothic UI" w:hAnsi="Yu Gothic UI"/>
          <w:b/>
          <w:sz w:val="32"/>
          <w:szCs w:val="32"/>
        </w:rPr>
      </w:pPr>
      <w:r w:rsidRPr="00456D86">
        <w:rPr>
          <w:rFonts w:ascii="Yu Gothic UI" w:eastAsia="Yu Gothic UI" w:hAnsi="Yu Gothic UI"/>
          <w:b/>
          <w:sz w:val="32"/>
          <w:szCs w:val="32"/>
        </w:rPr>
        <w:t xml:space="preserve">COSTA 10 EURO </w:t>
      </w:r>
    </w:p>
    <w:p w:rsidR="00456D86" w:rsidRDefault="00456D86" w:rsidP="00456D86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  <w:r>
        <w:rPr>
          <w:rFonts w:ascii="Yu Gothic UI" w:eastAsia="Yu Gothic UI" w:hAnsi="Yu Gothic UI"/>
          <w:b/>
          <w:sz w:val="32"/>
          <w:szCs w:val="32"/>
        </w:rPr>
        <w:t>SOLO PRATICA</w:t>
      </w:r>
    </w:p>
    <w:p w:rsidR="00456D86" w:rsidRPr="00456D86" w:rsidRDefault="00456D86" w:rsidP="00456D86">
      <w:pPr>
        <w:spacing w:after="0"/>
        <w:ind w:left="-850" w:right="-850"/>
        <w:rPr>
          <w:rFonts w:ascii="Yu Gothic UI" w:eastAsia="Yu Gothic UI" w:hAnsi="Yu Gothic UI"/>
          <w:sz w:val="32"/>
          <w:szCs w:val="32"/>
        </w:rPr>
      </w:pPr>
      <w:r>
        <w:rPr>
          <w:rFonts w:ascii="Yu Gothic UI" w:eastAsia="Yu Gothic UI" w:hAnsi="Yu Gothic UI"/>
          <w:b/>
          <w:sz w:val="32"/>
          <w:szCs w:val="32"/>
        </w:rPr>
        <w:t xml:space="preserve"> </w:t>
      </w:r>
    </w:p>
    <w:p w:rsidR="00456D86" w:rsidRDefault="00456D86" w:rsidP="0042193C">
      <w:pPr>
        <w:spacing w:after="0"/>
        <w:ind w:left="-850" w:right="-850"/>
        <w:rPr>
          <w:rFonts w:ascii="Yu Gothic UI" w:eastAsia="Yu Gothic UI" w:hAnsi="Yu Gothic UI"/>
          <w:sz w:val="32"/>
          <w:szCs w:val="32"/>
        </w:rPr>
      </w:pPr>
    </w:p>
    <w:p w:rsidR="00456D86" w:rsidRPr="0042193C" w:rsidRDefault="00456D86" w:rsidP="0042193C">
      <w:pPr>
        <w:spacing w:after="0"/>
        <w:ind w:left="-850" w:right="-850"/>
        <w:rPr>
          <w:rFonts w:ascii="Yu Gothic UI" w:eastAsia="Yu Gothic UI" w:hAnsi="Yu Gothic UI"/>
          <w:b/>
          <w:sz w:val="32"/>
          <w:szCs w:val="32"/>
        </w:rPr>
      </w:pPr>
    </w:p>
    <w:sectPr w:rsidR="00456D86" w:rsidRPr="0042193C" w:rsidSect="0095727F">
      <w:headerReference w:type="default" r:id="rId9"/>
      <w:footerReference w:type="default" r:id="rId10"/>
      <w:pgSz w:w="12240" w:h="15840"/>
      <w:pgMar w:top="1440" w:right="1800" w:bottom="1440" w:left="1800" w:header="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7FE" w:rsidRDefault="002637FE" w:rsidP="00B774A2">
      <w:pPr>
        <w:spacing w:after="0" w:line="240" w:lineRule="auto"/>
      </w:pPr>
      <w:r>
        <w:separator/>
      </w:r>
    </w:p>
  </w:endnote>
  <w:endnote w:type="continuationSeparator" w:id="0">
    <w:p w:rsidR="002637FE" w:rsidRDefault="002637FE" w:rsidP="00B77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020" w:rsidRPr="002A1020" w:rsidRDefault="002637FE" w:rsidP="002A1020">
    <w:pPr>
      <w:spacing w:after="0"/>
      <w:ind w:right="-283"/>
      <w:rPr>
        <w:rFonts w:ascii="Yu Gothic UI" w:eastAsia="Yu Gothic UI" w:hAnsi="Yu Gothic UI"/>
        <w:b/>
        <w:color w:val="7030A0"/>
        <w:sz w:val="28"/>
        <w:szCs w:val="28"/>
      </w:rPr>
    </w:pPr>
    <w:hyperlink r:id="rId1" w:history="1">
      <w:r w:rsidR="002A1020" w:rsidRPr="002A1020">
        <w:rPr>
          <w:rStyle w:val="Collegamentoipertestuale"/>
          <w:rFonts w:ascii="Yu Gothic UI" w:eastAsia="Yu Gothic UI" w:hAnsi="Yu Gothic UI"/>
          <w:b/>
          <w:color w:val="7030A0"/>
          <w:sz w:val="28"/>
          <w:szCs w:val="28"/>
          <w:u w:val="none"/>
        </w:rPr>
        <w:t>punto.madreterra@hotmail.com</w:t>
      </w:r>
    </w:hyperlink>
    <w:r w:rsidR="002A1020" w:rsidRPr="002A1020">
      <w:rPr>
        <w:rFonts w:ascii="Yu Gothic UI" w:eastAsia="Yu Gothic UI" w:hAnsi="Yu Gothic UI"/>
        <w:b/>
        <w:color w:val="7030A0"/>
        <w:sz w:val="28"/>
        <w:szCs w:val="28"/>
      </w:rPr>
      <w:t xml:space="preserve">   -   ww.madreterraroma.org</w:t>
    </w:r>
  </w:p>
  <w:p w:rsidR="009F7211" w:rsidRPr="009F7211" w:rsidRDefault="009F7211" w:rsidP="002A1020">
    <w:pPr>
      <w:spacing w:after="0"/>
      <w:ind w:right="-907"/>
      <w:rPr>
        <w:rFonts w:ascii="Comic Sans MS" w:hAnsi="Comic Sans MS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7FE" w:rsidRDefault="002637FE" w:rsidP="00B774A2">
      <w:pPr>
        <w:spacing w:after="0" w:line="240" w:lineRule="auto"/>
      </w:pPr>
      <w:r>
        <w:separator/>
      </w:r>
    </w:p>
  </w:footnote>
  <w:footnote w:type="continuationSeparator" w:id="0">
    <w:p w:rsidR="002637FE" w:rsidRDefault="002637FE" w:rsidP="00B77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4A2" w:rsidRPr="002A1020" w:rsidRDefault="00B774A2" w:rsidP="00B774A2">
    <w:pPr>
      <w:pStyle w:val="Intestazione"/>
      <w:jc w:val="center"/>
      <w:rPr>
        <w:b/>
        <w:color w:val="7030A0"/>
      </w:rPr>
    </w:pPr>
    <w:r w:rsidRPr="002A1020">
      <w:rPr>
        <w:b/>
        <w:noProof/>
        <w:color w:val="7030A0"/>
        <w:lang w:val="it-IT" w:eastAsia="it-IT"/>
      </w:rPr>
      <w:drawing>
        <wp:inline distT="0" distB="0" distL="0" distR="0">
          <wp:extent cx="3943350" cy="8572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ER  VOLANTIN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44415" cy="857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AB014C7"/>
    <w:multiLevelType w:val="hybridMultilevel"/>
    <w:tmpl w:val="011290F6"/>
    <w:lvl w:ilvl="0" w:tplc="AA74B4AE">
      <w:numFmt w:val="bullet"/>
      <w:lvlText w:val="-"/>
      <w:lvlJc w:val="left"/>
      <w:pPr>
        <w:ind w:left="-490" w:hanging="360"/>
      </w:pPr>
      <w:rPr>
        <w:rFonts w:ascii="Yu Gothic UI" w:eastAsia="Yu Gothic UI" w:hAnsi="Yu Gothic UI" w:cstheme="minorBidi" w:hint="eastAsia"/>
      </w:rPr>
    </w:lvl>
    <w:lvl w:ilvl="1" w:tplc="04100003" w:tentative="1">
      <w:start w:val="1"/>
      <w:numFmt w:val="bullet"/>
      <w:lvlText w:val="o"/>
      <w:lvlJc w:val="left"/>
      <w:pPr>
        <w:ind w:left="2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11F2"/>
    <w:rsid w:val="00034616"/>
    <w:rsid w:val="0006063C"/>
    <w:rsid w:val="000B3B79"/>
    <w:rsid w:val="000C0EA7"/>
    <w:rsid w:val="000D1252"/>
    <w:rsid w:val="0015074B"/>
    <w:rsid w:val="00175A2C"/>
    <w:rsid w:val="002637FE"/>
    <w:rsid w:val="0029639D"/>
    <w:rsid w:val="002A1020"/>
    <w:rsid w:val="002F2CC4"/>
    <w:rsid w:val="00307ADF"/>
    <w:rsid w:val="00326F90"/>
    <w:rsid w:val="003D2ACD"/>
    <w:rsid w:val="0042193C"/>
    <w:rsid w:val="00456D86"/>
    <w:rsid w:val="00597456"/>
    <w:rsid w:val="00664EA2"/>
    <w:rsid w:val="00713212"/>
    <w:rsid w:val="007C332F"/>
    <w:rsid w:val="007D4D9D"/>
    <w:rsid w:val="008865A1"/>
    <w:rsid w:val="0095727F"/>
    <w:rsid w:val="0097018D"/>
    <w:rsid w:val="009F7211"/>
    <w:rsid w:val="00AA1D8D"/>
    <w:rsid w:val="00B47730"/>
    <w:rsid w:val="00B774A2"/>
    <w:rsid w:val="00C53434"/>
    <w:rsid w:val="00C81B05"/>
    <w:rsid w:val="00CB0664"/>
    <w:rsid w:val="00DC5210"/>
    <w:rsid w:val="00E55EB8"/>
    <w:rsid w:val="00EA3753"/>
    <w:rsid w:val="00F15834"/>
    <w:rsid w:val="00FC693F"/>
    <w:rsid w:val="00FF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BDAAF530-FA79-42A2-AE5E-C414357A0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2F2C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unto.madreterra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DB7EC9-7DFC-4169-8493-B9DDD65AF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74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</cp:lastModifiedBy>
  <cp:revision>11</cp:revision>
  <dcterms:created xsi:type="dcterms:W3CDTF">2025-11-17T11:50:00Z</dcterms:created>
  <dcterms:modified xsi:type="dcterms:W3CDTF">2026-09-23T07:07:00Z</dcterms:modified>
  <cp:category/>
</cp:coreProperties>
</file>